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الجزائية للمصرف كشخص معنوي في قانون الفساد 06-01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مسخر منيرة/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340521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