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الحبس المؤقت وحرية الفرد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حسين/ بوالصوف نزيهة(مشرفا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