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المحترف لعيوب منتجاته في القانون المدني والقواعد العامة لحماية المستهلك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بلعابد سامي/ بن سليطان علي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