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مؤسسات المرحلة الإنتقالية في الجزائر 1997-1992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محمد/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