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المشروع في مواجهة ظاهرة الإرهاب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ضيف مفيدة/ مكي دردوس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