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الطعن بالنقض في الحكم الجنائي الصادجر بالإدانة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مقري أمال/ دردوس مكي(مشرفا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340671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