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الموظف من خلال قانون الوظيف العمومي : مقاربة نظرية في ضوء النظم المقارنة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حليلو عبد الحكيم/ بوزيد لزهاري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تقييم الأداء/ تقارير الكفاءة/ تقدير الكفاءة/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