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المدنيين في الأقاليم المحتلة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سامر/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