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العقوبة السالبة للحرية و بدائلها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نبيل/ دردوس مكي(مشرفا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