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المصالحة في المواد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طالب أحسن/ رحماني منصور(مشرفا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