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الإنابة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مسعود شهرزاد/ دردوس مكي(مشرفا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