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الوقف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فنطازي خير الدين/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