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التصنيف العالمية و تطبيقاتها في المكتبات الجزائرية : دراسة ميدانية بالمكتبات الجامعية بقسنطينة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كساسرة محي الدين/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020051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Bibliothéconomie et sciences de l'information (archives, archivistique, centres de documentation)/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تكنولوجيا المعلومات/ المكتبة الجامعية/ قسنطينة/ التصنيف/ نظم التصنيف العالمية/ الدراسة الميدانية/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