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الحماية القانونية للفرد الموقوف للنظر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ليطوش دليلة/ بوالصوف نزيهة(مشرفا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ماجستير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قسنطينة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2009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mag3402311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القانون/droit/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