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النظام الإنتخابي في التمثيل الحزبي دراسة للتشريعيات في الجزائر 2012/1989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بوراوي وافية/ بوريش رياض(مشرفا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320041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سياسة/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