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تكافؤ القيد بين البيئةوالسيادة في القانون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معلم يوسف/ ابن حليلو فيصل(مقررا ومشرفا)/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