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شركات مساهمات الدولة بين خصخصة التسيير والخوصصة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بوذراع أميرة حرم بصاح/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