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السجل العقاري كأدلة لتطهير الملكية العقارية في التشريع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فضالي شهرزاد/ مزيان راضية/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mas340151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