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فئة من موظفات معهد العلوم الاقتصادية و التجارية وعلوم التسيير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حنان/ بن طافر نورة/ د بوعزة نضيرة(رئيسا)،د بوهلالة سعاد(مشرفا ومقررا)،د لطرش جمال(مناقشا)/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