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العوامل المؤثرة على هلع الشراء أثناء الأزمات دراسة عينة من المستهلكين خلال أزمة كوفيد - 19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بن عثمان كريم/ العايب كمال/ بلحاج طارق(مشرفا و مقررا) ; هولي فرحات (رئيسا) 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عبد الحفيظ بوالصوف/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330182711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السلوك الشرائي/ هلع الشراء/ أزمة كوفيد- 19/ </w:t>
            </w:r>
          </w:p>
        </w:tc>
      </w:tr>
    </w:tbl>
    <w:p>
      <w:pPr>
        <w:pStyle w:val="Heading3"/>
      </w:pPr>
      <w:r>
        <w:t>ملخص</w:t>
      </w:r>
    </w:p>
    <w:p>
      <w:r>
        <w:t>???? ??? ? ??? ??? ?????? ??? ??????? ??????? ??? ??? ??? ? ?? ????? ??????? ? ?????? ???</w:t>
        <w:br/>
        <w:br/>
        <w:t>??????? ?? ??????? ?????????? ??????????? ??????????? ???????? ???????? ??????????? ?? ?? ? ??</w:t>
        <w:br/>
        <w:br/>
        <w:t>? ? ??? ??????? ???? ??? ????? ??? ??????? ??????? ??? ??????? ????? ???? ???? ???? ?????-</w:t>
        <w:br/>
        <w:br/>
        <w:t>19 ? ???? ???????? ??? ???? ?????? 382 ????? ?? ?????????? ?? ????? ?????? ????? ?????</w:t>
        <w:br/>
        <w:br/>
        <w:t>??? ????? ???????? ??????? ????? ???????? ??????? ????????? ?? ???? ????? ???? ????????</w:t>
        <w:br/>
        <w:br/>
        <w:t>??? ???? ??????? ??? ?? ???? ????? ???? ?? ? ? ?? ??? ? ?? ????? ???? ?SPSS ????????</w:t>
        <w:br/>
        <w:br/>
        <w:t>??????? ???? ???? ??????? ?????????? ????????? ???? ???? ? ?. ???? ? ? ?? ?????? ??????? ??????</w:t>
        <w:br/>
        <w:br/>
        <w:t>?????? ?? ???????? ???? ? ?? ?????? ?? ?????? ?????????? ?? ??? ?????.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