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مو اقع التواصل الاجتماعي في نجاح استراتيجية الترويج : دراسة صفحة اتصالات الجزائر عبر الفيس - بوك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فلالة عمار/ حلوس يونس/ لبصير فطيمة(مشرفا ومقررا) ; بوزاهر صونية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مؤسسة اتصالات الجزائر/ مواقع التواصل الاجتماعي/ موقع فيسبوك/ الاستراتجية الترويجية/ </w:t>
            </w:r>
          </w:p>
        </w:tc>
      </w:tr>
    </w:tbl>
    <w:p>
      <w:pPr>
        <w:pStyle w:val="Heading3"/>
      </w:pPr>
      <w:r>
        <w:t>ملخص</w:t>
      </w:r>
    </w:p>
    <w:p>
      <w:r>
        <w:t>?? ????? ??????? ????????? ?? ???? ??????? ???????? ?? ??? ?????? ???? ????? ????</w:t>
        <w:br/>
        <w:br/>
        <w:t>??????? ???? ????? ????????? ?????? ?? ???? ??????? ???????????? ??? ????? ????? ???????</w:t>
        <w:br/>
        <w:br/>
        <w:t>????????? ?? ???? ?? ???? ??? ???? ?? ??? ??????? ??? ????? ??????? ????? ?? ????</w:t>
        <w:br/>
        <w:br/>
        <w:t>????? ? ?????? ????????? ??? ??? ??? ??? ? ??? ??? ????? ?? ??? ???? ????? ? ?????? ????????? ????</w:t>
        <w:br/>
        <w:br/>
        <w:t>?????? ????? ??????? ??? ? ??? )???????? ????? ??????? ?????? ??????? ?? ??? ? ???( ?? ????????</w:t>
        <w:br/>
        <w:br/>
        <w:t>??? ???? ??????. ???? ????? ??? ? ??? ?? ???? ????? ?????? ??? ?????? ??? ?? ?????</w:t>
        <w:br/>
        <w:br/>
        <w:t>??????? ??? ? ??? ?????? ?? ???????? ???? ?????? ????? ?????? ??? ??? ??????? ?? ????</w:t>
        <w:br/>
        <w:br/>
        <w:t>???????? ??? ??????? ?????? ??? ????????? ???????? ???????? ????? ???????? 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