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أساليب التسويق المباشر في تحسين الحصة السوقية للمؤسسات الخدمية: دراسة حالة شركة اتصالات الجزائر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حافي راسو صلاح الدين/ بن طاش رؤوف/ كمال زموري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المباشر/ مؤسسة اتصالات الجزائر/ اساليب التسويق المباشر/ البيع المباشر/ الحصة التسويقية/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