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الأداء المالي لبعض الشركات الكبرى إ ثر جائحة كورونا - دراسة عينة من الشركا ت –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بولحبال ياسر/ بوقزوح يعقوب/ بولعجين فايزة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النسب المالية/ جائحة كورونا/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????? ??? ????? ?????? ??? ?????? ?????? ???? ??????? ?????? ?????</w:t>
        <w:br/>
        <w:br/>
        <w:t>????? ????? ??????? ??? ??? ??????? ??? ????? ???? ??? ? ?? ? ? ??? ???? ?????? ???????? ???: ????</w:t>
        <w:br/>
        <w:br/>
        <w:t>??? ? ??? ???????? ????? ??????? ???????? ????????. ??? ??? ????? ????? ??????? ??? ?????? ?????? ??????</w:t>
        <w:br/>
        <w:br/>
        <w:t>???????? ???? ?????? ???????? ??????? ???????? ????? ?? ????? ?????? ?????? ? ????? ????? ???? ????????</w:t>
        <w:br/>
        <w:br/>
        <w:t>????? ???????? ???? ???? ?? ?????? ?????? ??? ?????? ?????? ?????? ????????? ?? ???? ???????? ????</w:t>
        <w:br/>
        <w:br/>
        <w:t>????? ?????? ?? ??? 2020 ? ?? ??? ??????? ??? 2019 .</w:t>
        <w:br/>
        <w:br/>
        <w:t>??? ? ????? ?? ???? ??? ? ??? ??? ?? ???? ??? ? ??? ???????? ?? ????? ???? ?????? ? ?? ???? ?????</w:t>
        <w:br/>
        <w:br/>
        <w:t>?????? ?????? ??? ???? ??????? ???????? ???????? ???? ?? ????? ???? ???? ?? ????? ?????? ??????</w:t>
        <w:br/>
        <w:br/>
        <w:t>??? ?? ???? 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