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الحوكمة الإلكترونية في تحسين أداء مؤسسات التعليم العالي دراسة حالة المركز الجامعي عبد الحفيظ بوالصوف - ميلة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الشيخ الحسين مريم/ عون صبرينة (مشرفا ومقرر) ; زيد جابر (رئيسا)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330178211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الحوكمة/ التعليم العالي/ الحوكمة الإلكترونية/ تحسين الأداء/ </w:t>
            </w:r>
          </w:p>
        </w:tc>
      </w:tr>
    </w:tbl>
    <w:p>
      <w:pPr>
        <w:pStyle w:val="Heading3"/>
      </w:pPr>
      <w:r>
        <w:t>ملخص</w:t>
      </w:r>
    </w:p>
    <w:p>
      <w:r>
        <w:t>???? ??? ??? ? ??? ??? ????? ??? ??????? ??????????? ?? ????? ???? ?????? ??????? ?????? ??? ?? ??????</w:t>
        <w:br/>
        <w:br/>
        <w:t>?????? ??????? ??? ?????? ??????? ???? ?????? ??? ? ??? ???? ???? ??? 2022 ? ??????? ????? ??? ? ???</w:t>
        <w:br/>
        <w:br/>
        <w:t>?? ????? ???????? ???? ???????? ????? 22 ???? ? ?????? 70 ???????? ???? ??? ???? ??????? ?? ??????</w:t>
        <w:br/>
        <w:br/>
        <w:t>??????? ??????? ?? ?????? ??????? ???? ??? ??????? ?????? ????? ????????? ?????? ??????? ? spss25 ????</w:t>
        <w:br/>
        <w:br/>
        <w:t>????????? ??? ??????? ??????? ?????? ? ?? ???????? ?????? ???? ?????? ????? ???????? ????? ?????? ????</w:t>
        <w:br/>
        <w:br/>
        <w:t>??? ? ??? ??????? ??????????? ???????? ?? ????? ???? ?????? ??????? ??? ?????? ???????? ????? ?????</w:t>
        <w:br/>
        <w:br/>
        <w:t>??? ??? ? ??? ??? ????? ????? ??????? ????? ??????? ??????????? ?????? ??? ??????? ??????? ?? ?????</w:t>
        <w:br/>
        <w:br/>
        <w:t>???? ?????? ??????? ????.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