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افلاس الشركات التجارية في الجزائر-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بسمة/ بولفوس هالة/ نعيم عاشوري (رئيسا) ; نضيرة بوعزة (مشرفا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جرائم الافلاس/ التسوية القضائية/ الإفلاس/ المشروع الجزائري/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