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الإجراء التطبيقي للإمتياز الفلاحي كإستراتيجية من أجل تحقيق الأمن الغذائي والتنمية الريفية في الجزائر :  دراسة حالة: مديرية المصالح الفلاحية لولاية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منال/ بونحات ندى/ شباح بوزيد (رئيسا) ; لمزري مفيدة (مشرفا و 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الأمن الغذائي/ العقار الفلاحي/ الإمتياز الفلاحي/ الإنتفاع الدائم/ التنمية الريفية/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 ?????? ?? ??????? ??? ???? ????? ?????? ??????? ???? ??? ?????? ???? ?? ?? ??? ?????? ???? ???? ???????? ??????? ???? ??? ????? ???? ?????? ?????? ??? ?? ???? ????? ??????? ??????? ?? ????????? ??? ??????? ?? ?????. ??? ??? ??? ?????? ????? ??????? ???? ??? ?? ???? ??? ????????? ?????? ??????? ????????? ?????? ??? ????? ????? ??????? ??????? ??? ??? ????? ???????.</w:t>
        <w:br/>
        <w:br/>
        <w:t>??? ???? ??? ?????? ???????? ??? ?????? ?? ????? ????? ??????? ??????? ??????? ???????? ?????? ???? ?? ?????? ??? ??????? ???? ??????? ??????? ??? ??? ??????? ??? ????? ???? ???????? ??? ???????? ???? ??????? ????????? ???? 2019/2020.</w:t>
        <w:br/>
        <w:br/>
        <w:t>??? ?????? ?????? ???????? ??? ??? ?? ???????? ??????? ?? ??? ????? ???? ??? ?? ???? ??? ????? ??????? ??????? ??????? ????? ??????? ??? ??? ????? ???????? ?? ??????? ???? ???? ????? ??????? ???????? ?? ??? 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