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الافصاح المحاسبي ودوره في جذب الاستثمارات الاجنبية المباشرة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بوودن خديجة/ شطيبي هبة/ باي مريم(رئيسا) ; وادي رقية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الافصاح المحاسبي/ القوائم والتقارير المالية/ الاستثمارات الخارجية/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