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الإفصاح المالي لمؤسسات المساهمة في بورصة الجزائز :  دراسة حالة بورصة الجزائز خلال الفتزة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بوضف وئام/ صاولي وردة/ بوطلاعة محمد (رئيسا) ; باي مريم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بورصة الجزائر/ الإفصاح المالي/ المؤسسات المساهمة في بورصة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>???? ??? ??? ???? ??? ????? ??????? ?????? ???????? ???????? ?? ????? ??????? ???? ??????</w:t>
        <w:br/>
        <w:br/>
        <w:t>??????? ????? 2010-2020? ??? ???? ??????? ?? ? ? ????? ?? ???? ?????????? ????????? ????? ???? -</w:t>
        <w:br/>
        <w:br/>
        <w:t>??????? ???????? ???????? ???????? ?????? ???? ???????? ?????? ????? ???????.</w:t>
        <w:br/>
        <w:br/>
        <w:t>?????? ??? ??????? ??? ?? ??????? ?? ???????? ???????? ????? ??? ???? ??????? ??? ??????</w:t>
        <w:br/>
        <w:br/>
        <w:t>?????? ??????? ???? ?????? ??? ???????? ???? ?? ?????? ?? ?????? ???????? ??????? ??? ???? ?????</w:t>
        <w:br/>
        <w:br/>
        <w:t>????? ????? ?????? ?? ?????? ???????? ????????? ????? ?????? 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