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آثار جائحة كورونا على إعداد القوائم المالية ومراجعتها دراسة حالة مؤسستي توزيع الكهرباء والغاز ميلة ومطاحن بني هارون القرارم قوقة-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يحيى نور الهدى/ بن التونسي ريان/ هولي رشيد (رئيسا) ; بوطلاعة محمد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330176311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القوائم المالية/ جائحة كورونا/ </w:t>
            </w:r>
          </w:p>
        </w:tc>
      </w:tr>
    </w:tbl>
    <w:p>
      <w:pPr>
        <w:pStyle w:val="Heading3"/>
      </w:pPr>
      <w:r>
        <w:t>ملخص</w:t>
      </w:r>
    </w:p>
    <w:p>
      <w:r>
        <w:t>???? ??? ??? ? ??? ??? ????? ??? ????? ?????? ??? ????? ??????? ??????? ?? ? ?????? ???</w:t>
        <w:br/>
        <w:br/>
        <w:t>?? ? ??? ???? ?? ?????? ?????? ??????? ? ????? ??? ?????? ???????? ????? ?? ??? ???????</w:t>
        <w:br/>
        <w:br/>
        <w:t>???? ????? ????? ??????? ??????? ???????? ????? ???? ?????? ?? ?????? ??? ?????? ?????? ??????</w:t>
        <w:br/>
        <w:br/>
        <w:t>???????? ???????? ???????? ???????? ?? ????? ??? ??????? ?????? ??????? ???????? ????? ???????? ?? ??</w:t>
        <w:br/>
        <w:br/>
        <w:t>???? ????????? ??? ?? ?????? ??? ?? ?? ????? ?????? ?????? ???? ?? ??? ??? ? ??? ??? ???? ????</w:t>
        <w:br/>
        <w:br/>
        <w:t>?????? ??? ??? ?????? ?? ????? ????????? ????? ??? ??????? ???? ?? ?????? ??????? ??? ????</w:t>
        <w:br/>
        <w:br/>
        <w:t>????????? ??? ???? ??????? ??? ??????? ???????? ???? ??? ??? ? ??? ??? ????? ????????? ???????</w:t>
        <w:br/>
        <w:br/>
        <w:t>??????? ?????? ??????? ??????? ??? ?? ??? ?? ??????? ?????? ( 10 ) ? ??? ????? ??? ??????</w:t>
        <w:br/>
        <w:br/>
        <w:t>?????? ? ??? ????? ?????? ?????? ??????? ???????? ??? ?? ? ?? ??? ? ??? ?????????? ??? ??? ???????????</w:t>
        <w:br/>
        <w:br/>
        <w:t>???? ?? ?????? ????? ?? ??? ??? ? ??? ?? ???????? ????? ?????? ??????? ??????? ?????? ??????? ???</w:t>
        <w:br/>
        <w:br/>
        <w:t>????????? ????????? ???? ???? ???? ????? ??????? ??????? ???? ???? ????? ??? ???? ?????</w:t>
        <w:br/>
        <w:br/>
        <w:t>????????.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