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استخدام النسب المالية للتنبؤ بالفشل المالي : دراسة حالة: مجمع صيدال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خريمش لمياء/ بويانة نادية/ طويل حدة (رئيسا) ; خندق سميرة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النسب المالية/ الفشل المالي/ نماذج التنبؤ بالفشل المالي/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?????? ????? ??????? ??????? ?????????? ??????? ?? ???? ??????? ????? ?????? ?????? ?????? ??? ??? ??????? ???? ??? ??????? ?????????? ??????? ?????? ?????? ??? ????? ??????? ??? ?? ???????? ?????? ??? ????? ???? ??????? ???? ????? ?????? ???????? ?? ?????? ??????? ???: ????? ????(kida)? ????? ?????? (altman) ?????? ?????(sherrod)? ??? ???? ?????? ??????? ??? ???? ????? ?????? ??????? ?? 2016 ??? 2020</w:t>
        <w:br/>
        <w:br/>
        <w:t xml:space="preserve">     ???? ?????? ???? ??????? ?????? ?????? ?????? ??????? ??????? ???? ????? ?????? Altman ?????? ??? ??????? ?? ????? ????? ????? ??? Z&lt;1.81 ?? ??? ????? ????? ????? ????? ???? Kida ??? ?????? ??? ??????? ?? ????? ????? ???? ????? ?? ????? ?? ????? ?????? ??? ??? Z  ??????? ???? ???? ??????? ???? ?? ????? (Z ? 0 ) . ??? ????? ????? ????? ????? ????? Sherrod ????? ?????? ?????? ?????? ??? ???? Z ??????? ?????? ??? 20 &gt; Z ? 5 ??? ????? ???? ???? ???? ????? ??? ????? ?????? 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