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السياسة النقدية في تحقيق الاستقرار المالي : دراسة حالة الجزائر خلال الفترة 2014-2020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حميور أمال/ قنيفي روميساء/ خندق سميرة (رئيسا) ; محبوب فاطمة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الكتلة النقدية/ الاقتصاد الجزائري/ الاستقرار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????? ??????? ??????? ??? ????? ?????? ????????? ???? ??????? ?????? ?? ??? ?????? ?????????? ?????????? ???????? ???? ????? ?????? ?????????? ?????? ???? ?????? ?????? ??????? ???????.</w:t>
        <w:br/>
        <w:br/>
        <w:t xml:space="preserve">   ???? ??? ??????? ????? ?????? ??????? ??????? ?? ????? ????????? ?????? ?? ???? ????? ??????? ?????? ??????? ???? ?????? 2014-2020 ????????? ???? ????? ???? ??????? ?????? ?? ??????? ??? ?????? ???? ?????? ????? ?????.</w:t>
        <w:br/>
        <w:br/>
        <w:t xml:space="preserve">  ??????? ????? ??????? ?? ??????? ?? ??????? ?????? ??????? ??????? ???? ??????? ????????? ???????? ??? ??????? ????? ????????? ?????? ???????? ??? ????????? ?????? ???????? ???????? ?? ????? ??? ????????? ?? ???? ????? ?????? ?????? ??????? ???????  ??? ????????? ??????? ??????? ??? ????? ?????? ?? ???? ????? ???? ??? ???????? ??????? ??????? ?? ??? ????? ??????? ????? ????????? ?????? ??? ?? ??? ???? ??? ????? ?????? ?? ??????? ??? ?? ?????? ??????? ??????? ??? ???? ????? ??????? ??????? ?? ????? ?????? 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