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برامج الاقتصاد الأخضر للطاقات المتجددة في تحقيق التنمية المستدامة -الجزائر 2015-2021-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زموري وئام/ بوالفلفل آية/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الطاقات المتجددة/ الاقتصاد الأخضر/ التنمية المستدامة في الجزائر/ مشاريع الطاقة المتجددة في الجزائر/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???????? ?????? ?? ????? ??????? ????????? ????????? ????? ?????? ???? ??? ??? ?? ??? ?????? ??????? ??? ??? ???????? ???????? ??? ????? ? ????????? ?????? ?? ?????? ?????? ?????? ????? ????? ????? ???? ??????? ??? ???? ???? ? ????? ??? ????? ???? ??????? ????????? ??? ????? ? ??????? ??? ?????? ?????????? ?????? ???????? ? ??? ??? ?????? ???? ???? ?????? ??????? ????????? ?? ???? ??????? ??????? ???????? ? ???????? ??????? ? ?????? ?????? ? ?????? ???????? .</w:t>
        <w:br/>
        <w:br/>
        <w:t>??? ????? ???? ???? ??????? ????????? ???? ???  ???????? ??? ?????? ?????????? ???????? ??????? ???????? ????? ?? ??????? ??????? ??????????? ? ???? ??? ????? ???? ?? ???????? ?????? ?? ??????? ???????? ?????? ??????? ????????? ???? ?? ?????? ??????? ????????? ??????? ?? ?????? ?? ????? ??? ????? ????? ?????? ? ??? ?? ??????? ??? ????? ????????  ?????? ???????? ?????????? ???????? ??????? ?????? ???????? ???????? ????????  ? ????????? ???? ???????? ?? ???? ?????? ???????? ????? ?? ??? ??? ??? ????? ????? ???? ?????? ??? ????? ??  ???????? ?? ???? ?????? ???????? ??????? ??????? ? ????? ?????? ? ????? ?????? ????? ????? ???????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