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مكافحة الفساد في الصفقات العمومية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فغرور/ آسية بوالبعير/ لخميسي الواعر (رئيسا) ; صبرينة عجابي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الشفافية/ الصفقات العمومية/ الفساد/ مكافحة الفساد/ جرائم الصفقات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??? ??????? ???????? ?????? ??????????? ???? ????? ?????? ?? ???? ?????? ?????? ?? ??? ????? ?????? ?????? ??????? ??????? ?? ?? ???????? ???????? ????? ???? ?????? ??? ?? ??????? ?????? ?? ??? ????? ?????? ?????????? ???? ?????? ??? ??????? ????????? ????? ??? ???? ????? ??? ??????? ?????? ???? ???? ??? ????? ????? ?????? ??? ????? ???? ?????? ??? ?? ???? ????? ?????? ???? ???????? ??????? ???????? ??????? ???????? ?????? ??????.</w:t>
        <w:br/>
        <w:br/>
        <w:t>????? ?????? ??????? ???????? ??? ?????? ?? ??? ????? ??? ????? ??????? ??????? ?????? ?????? ?????? ?? ??????? ???????? ??????? ?? ??????? ??????? ??? 15-247 ???? ??? ????? ??????? ???????? ??????? ?? ??????? ???????? ?????????? ????? ?????? ??????? ????????? ???? ????? ?????? ?????? ??????? ???????? ????? ?? ????? ??????? ?? ?????? ???????? ??? 06/01 ???? ??? ????? ??? ???????? ?? ????? ??????? ???????? ??????? ??? ???????? ?????? ??????? ???????? ????????? ?? ?????? ?????? ??? ????? ?? ?????? ?? ???? ????? ??? ????????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