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حاضنات الأعمال الجزائرية في مرافقة وتنمية المؤسسات الناشئة STARTUP : دراسة حالة عدد من المؤسسات الناشئة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أميرة/ حموي آمنة/ أمال علي موسى (رئيسا) ; روفية ضيف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المرافقة/ حاضنات الأعمال/ المؤسسات الناشئة/ </w:t>
            </w:r>
          </w:p>
        </w:tc>
      </w:tr>
    </w:tbl>
    <w:p>
      <w:pPr>
        <w:pStyle w:val="Heading3"/>
      </w:pPr>
      <w:r>
        <w:t>ملخص</w:t>
      </w:r>
    </w:p>
    <w:p>
      <w:r>
        <w:t>???? ??? ??????? ??? ????? ??? ?????? ?????? ??????? ?? ?????? ?????? ???????? ??????? ???? ?? ????????????? ?? ???????? ?????? ??????? ?????? ????????? ?? ????? ????????. ?????? ?????? ??????? ?? ???? ????????? ?????? ?????? ?? ????? ????? ??????? ?????????? ??????????? ???? ??? ??? ?????? ??? ???? ??? ????? ????? ????????? ???? ????? ?? ????? ????? ?????? ??? ???? ??????? ?????? ????? ?????? ??????? ?????? ??????? ????????? ?????? ??????? ???????.</w:t>
        <w:br/>
        <w:br/>
        <w:t>? ?? ?? ??????? ????? ????????? ??? ????? 82??????? ????????? ??? ??????? 32 ???????? ?? ????? ??? ????? ??????? ??????? ?? ????????? ?? ???? ?????? excel ????????? ??? ????? ????? ??????? ????????.</w:t>
        <w:br/>
        <w:br/>
        <w:t>????? ??????? ??? ???? ?? ??????? ????? ?? ??????? ????????? ???? ?????? ???????? ????? ?? ??? ???????? ??????? ????????? ?? ????? ????????? ?? ????? ???????? ??????? ?? ???? ????? ????? ???????? ?????? ??????? ???????? ???? ????? ?? ????? ???????? ?? ????? ?????? ?????? ??????? ??? ???? ?? ??? ?????.</w:t>
        <w:br/>
        <w:br/>
        <w:t>??? ???? ??? ??????? ?????? ????? ?????? ?? ????? ??????? ??? ???? ?????? ??????? ??? ??? ?????? ??? ???????? ???????? ???? ????? ??????? ???? ???????? ??? ?????? ???? ???????? ?? ????? ??????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