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الاحتياطيات النقدية الاجنبية في تمويل الواردات السلعية في الجزائر خلال الفترة 2015-2019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منزل غرابة رميساء/ مناد هبة/ بولعراس سفيان(رئيسا)،ريغي هشام (مشرفا ومقررا)،بودياب مراد(مناقشا)/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ميزان المدفوعات/ الميزان التجاري/ احتياطات الصرف/ الواردات السلعية/ الصادرات السلعية/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