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على الرضا الوظيفي : دراسة ميدانية بالمؤسسة الاستشفائية الإخوة طوبال-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خيرة/ نابتي سارة/ بوزاهر صونية (رئيسا) ; غيشي عبد العالي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القيادة/ الرضا الوظيفي/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??????? ????????? ? :"??? ??? ??????? ??? ????? ??????? ????????</w:t>
        <w:br/>
        <w:br/>
        <w:t>??????????? ?????? ?????-????-" ??? ?????? ?????? ??? ????? ??????? ???</w:t>
        <w:br/>
        <w:br/>
        <w:t>??? ??????? ?????? ??????? ?? ??????? ???????? ????? ??????? ??? ????????</w:t>
        <w:br/>
        <w:br/>
        <w:t>???? ??? ???? ???? ??? ????? ??? ??????? ?????? ?? ??????? ?? ???? ?????</w:t>
        <w:br/>
        <w:br/>
        <w:t>?? ??????? ??? ???? ??????? ????? ?????? ?????? ?????? ????????? ???? ???</w:t>
        <w:br/>
        <w:br/>
        <w:t>????? ??? ???? ???? ????? ??????? ? 20232022 ??? ????? ??? ????</w:t>
        <w:br/>
        <w:br/>
        <w:t>??( 37 ) ???? ? ?? ???????? ???? ???????? ??? ??????? ?? ????? ???? ??????</w:t>
        <w:br/>
        <w:br/>
        <w:t>?? ??? ????? ????? ??????? ??? ????? ???????.</w:t>
        <w:br/>
        <w:br/>
        <w:t>??? ?? ??????? ??? ????? ??? ? ??? ??? ??????? ???????:</w:t>
        <w:br/>
        <w:br/>
        <w:t>- ???? ????? ??? ??? ??????? ?????? ???????? ????? ??????? ????????</w:t>
        <w:br/>
        <w:br/>
        <w:t>??????????? ?????? ????? ????? ????.</w:t>
        <w:br/>
        <w:br/>
        <w:t>- ???? ??? ??????? ?? ?? ???? ?? ??????? ?????.</w:t>
        <w:br/>
        <w:br/>
        <w:t>- ???? ????? ???? ???? ??? ????? ??????? ?????? ?? ??????? ???</w:t>
        <w:br/>
        <w:br/>
        <w:t>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