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القلب أعلم ياعذول بدائه للمتنبي - مقاربة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سهام/ قاسة بغدوش سارة/ خليفة بغدوش فيروز/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