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أحرف المباني والمعاني في المقامة الياقوتية للسيوطي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قارة إلهام/ بن عبيد صباح/ بودرع شيماء/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