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المقام ودلالته في الفكر البلاغي - مفتاح العلوم للسكاكي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قريط نسيبة/ مساط نسرين/ معروكة خولة/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