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النعت في إلياذة مفدي زكريا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سعدي/ رمضاني شهناز/ بوهراوة نجوى/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