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الطفلية ودورها في تعليمية المخزون اللغوي السنة الثالثة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منال/ مقدم وسام/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