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على تعليم وتعلم التلاميذ مقاربة نفسية بيداغوجية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بجعيط، سمية/ بوغرارة لبنى/ بوعنان صباح/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