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المصطلح في كتاب السنة الثالثة ابتدائي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سكحال نور/ شباح يسرى/ بوفنغور نادية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800359111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