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ابن الفارض -مابين معترك الأحداق والمهج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كوكو مجيد/ بوجماعي عبد الحليم/ قندولي خولة/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