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السؤال في فهم المنطوق لمادة اللغة العربية -السنة الأولى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باروق علي/ قلوت مسعود/ دفاس إبتسام/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