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القصة القصيرة  الإرث من مجموعة نقطة الى الجحيم للسعيد بوطاجين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بوسنة سلمى/ سي ناصر لبنى/ زموري أميرة/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