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شعر عبد الرزاق عبد الواحد -قصائد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بوحلوفة وردة/ بن عليلش يمينة/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