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المجموعة القصصية -أرض البرتقال الحزين -لغسان كنفاني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بوغاشيش أميرة/ بلحلو رقية/ هرنون نصيحة/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800363211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