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في ديوان أجنحة في الريح لخليل قطناني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أميمة/ بوعبيبسة أمينة/ طباخ أمينة/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