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الرمز في رواية الفراشات والغيلان لعز الدين جلاوجي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خريف إبتسام/ يسعد رانية/ حمبلي أسماء(مشرفا)/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